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80"/>
        <w:jc w:val="center"/>
      </w:pPr>
      <w:r>
        <w:rPr>
          <w:rFonts w:ascii="Arial" w:hAnsi="Arial"/>
          <w:b/>
          <w:color w:val="000000"/>
          <w:sz w:val="32"/>
        </w:rPr>
        <w:t>REQUERIMENTO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28"/>
        <w:gridCol w:w="5528"/>
      </w:tblGrid>
      <w:tr>
        <w:trPr>
          <w:cantSplit/>
          <w:trHeight w:val="442" w:hRule="exact"/>
        </w:trPr>
        <w:tc>
          <w:tcPr>
            <w:tcW w:type="dxa" w:w="5528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000000"/>
                <w:sz w:val="19"/>
              </w:rPr>
              <w:t>Pessoa Física   (     )</w:t>
            </w:r>
          </w:p>
        </w:tc>
        <w:tc>
          <w:tcPr>
            <w:tcW w:type="dxa" w:w="5528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000000"/>
                <w:sz w:val="19"/>
              </w:rPr>
              <w:t>Pessoa Jurídica   (     )</w:t>
            </w:r>
          </w:p>
        </w:tc>
      </w:tr>
    </w:tbl>
    <w:p>
      <w:pPr>
        <w:spacing w:before="20" w:after="20"/>
      </w:pPr>
      <w:r>
        <w:rPr>
          <w:rFonts w:ascii="Arial" w:hAnsi="Arial"/>
          <w:b/>
          <w:color w:val="000000"/>
          <w:sz w:val="18"/>
        </w:rPr>
        <w:t>Dados do Contribuinte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>
        <w:trPr>
          <w:cantSplit/>
          <w:trHeight w:val="499" w:hRule="exact"/>
        </w:trPr>
        <w:tc>
          <w:tcPr>
            <w:tcW w:type="dxa" w:w="7368"/>
            <w:gridSpan w:val="8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Nome / Razão Social</w:t>
            </w:r>
          </w:p>
        </w:tc>
        <w:tc>
          <w:tcPr>
            <w:tcW w:type="dxa" w:w="3684"/>
            <w:gridSpan w:val="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Nome Fantasia</w:t>
            </w:r>
          </w:p>
        </w:tc>
      </w:tr>
      <w:tr>
        <w:trPr>
          <w:cantSplit/>
          <w:trHeight w:val="488" w:hRule="exact"/>
        </w:trPr>
        <w:tc>
          <w:tcPr>
            <w:tcW w:type="dxa" w:w="8289"/>
            <w:gridSpan w:val="9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Endereço</w:t>
            </w:r>
          </w:p>
        </w:tc>
        <w:tc>
          <w:tcPr>
            <w:tcW w:type="dxa" w:w="2763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Bairro</w:t>
            </w:r>
          </w:p>
        </w:tc>
      </w:tr>
      <w:tr>
        <w:trPr>
          <w:cantSplit/>
          <w:trHeight w:val="488" w:hRule="exact"/>
        </w:trPr>
        <w:tc>
          <w:tcPr>
            <w:tcW w:type="dxa" w:w="6447"/>
            <w:gridSpan w:val="7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Cidade</w:t>
            </w:r>
          </w:p>
        </w:tc>
        <w:tc>
          <w:tcPr>
            <w:tcW w:type="dxa" w:w="1842"/>
            <w:gridSpan w:val="2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Estado</w:t>
            </w:r>
          </w:p>
        </w:tc>
        <w:tc>
          <w:tcPr>
            <w:tcW w:type="dxa" w:w="2763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CEP</w:t>
            </w:r>
          </w:p>
        </w:tc>
      </w:tr>
      <w:tr>
        <w:trPr>
          <w:cantSplit/>
          <w:trHeight w:val="595" w:hRule="exact"/>
        </w:trPr>
        <w:tc>
          <w:tcPr>
            <w:tcW w:type="dxa" w:w="2763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Telefone</w:t>
              <w:br/>
              <w:t>(     )</w:t>
            </w:r>
          </w:p>
        </w:tc>
        <w:tc>
          <w:tcPr>
            <w:tcW w:type="dxa" w:w="2763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Fax</w:t>
              <w:br/>
              <w:t>(     )</w:t>
            </w:r>
          </w:p>
        </w:tc>
        <w:tc>
          <w:tcPr>
            <w:tcW w:type="dxa" w:w="3684"/>
            <w:gridSpan w:val="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E-mail</w:t>
            </w:r>
          </w:p>
        </w:tc>
        <w:tc>
          <w:tcPr>
            <w:tcW w:type="dxa" w:w="1842"/>
            <w:gridSpan w:val="2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Site</w:t>
            </w:r>
          </w:p>
        </w:tc>
      </w:tr>
      <w:tr>
        <w:trPr>
          <w:cantSplit/>
          <w:trHeight w:val="488" w:hRule="exact"/>
        </w:trPr>
        <w:tc>
          <w:tcPr>
            <w:tcW w:type="dxa" w:w="2763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CNPJ / CPF</w:t>
            </w:r>
          </w:p>
        </w:tc>
        <w:tc>
          <w:tcPr>
            <w:tcW w:type="dxa" w:w="4605"/>
            <w:gridSpan w:val="5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Inscrição Estadual</w:t>
            </w:r>
          </w:p>
        </w:tc>
        <w:tc>
          <w:tcPr>
            <w:tcW w:type="dxa" w:w="3684"/>
            <w:gridSpan w:val="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Inscrição Municipal</w:t>
            </w:r>
          </w:p>
        </w:tc>
      </w:tr>
      <w:tr>
        <w:trPr>
          <w:cantSplit/>
          <w:trHeight w:val="522" w:hRule="exact"/>
        </w:trPr>
        <w:tc>
          <w:tcPr>
            <w:tcW w:type="dxa" w:w="3684"/>
            <w:gridSpan w:val="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Data de Fundação</w:t>
            </w:r>
          </w:p>
        </w:tc>
        <w:tc>
          <w:tcPr>
            <w:tcW w:type="dxa" w:w="3684"/>
            <w:gridSpan w:val="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Última Alteração Contratual</w:t>
            </w:r>
          </w:p>
        </w:tc>
        <w:tc>
          <w:tcPr>
            <w:tcW w:type="dxa" w:w="3684"/>
            <w:gridSpan w:val="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Ramo de Atividade</w:t>
            </w:r>
          </w:p>
        </w:tc>
      </w:tr>
      <w:tr>
        <w:trPr>
          <w:cantSplit/>
          <w:trHeight w:val="522" w:hRule="exact"/>
        </w:trPr>
        <w:tc>
          <w:tcPr>
            <w:tcW w:type="dxa" w:w="5526"/>
            <w:gridSpan w:val="6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Área Ocupada do Imóvel (m²)</w:t>
            </w:r>
          </w:p>
        </w:tc>
        <w:tc>
          <w:tcPr>
            <w:tcW w:type="dxa" w:w="5526"/>
            <w:gridSpan w:val="6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Testada do Estabelecimento (m linear)</w:t>
            </w:r>
          </w:p>
        </w:tc>
      </w:tr>
    </w:tbl>
    <w:p>
      <w:pPr>
        <w:spacing w:before="20" w:after="20"/>
      </w:pPr>
      <w:r>
        <w:rPr>
          <w:rFonts w:ascii="Arial" w:hAnsi="Arial"/>
          <w:b/>
          <w:color w:val="000000"/>
          <w:sz w:val="18"/>
        </w:rPr>
        <w:t>Dados do Contador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2"/>
        <w:gridCol w:w="1382"/>
        <w:gridCol w:w="1382"/>
        <w:gridCol w:w="1382"/>
        <w:gridCol w:w="1382"/>
        <w:gridCol w:w="1382"/>
        <w:gridCol w:w="1382"/>
        <w:gridCol w:w="1382"/>
      </w:tblGrid>
      <w:tr>
        <w:trPr>
          <w:cantSplit/>
          <w:trHeight w:val="499" w:hRule="exact"/>
        </w:trPr>
        <w:tc>
          <w:tcPr>
            <w:tcW w:type="dxa" w:w="8292"/>
            <w:gridSpan w:val="6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Nome</w:t>
            </w:r>
          </w:p>
        </w:tc>
        <w:tc>
          <w:tcPr>
            <w:tcW w:type="dxa" w:w="2764"/>
            <w:gridSpan w:val="2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Registro no C.R.C.</w:t>
            </w:r>
          </w:p>
        </w:tc>
      </w:tr>
      <w:tr>
        <w:trPr>
          <w:cantSplit/>
          <w:trHeight w:val="595" w:hRule="exact"/>
        </w:trPr>
        <w:tc>
          <w:tcPr>
            <w:tcW w:type="dxa" w:w="2764"/>
            <w:gridSpan w:val="2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Telefone</w:t>
              <w:br/>
              <w:t>(     )</w:t>
            </w:r>
          </w:p>
        </w:tc>
        <w:tc>
          <w:tcPr>
            <w:tcW w:type="dxa" w:w="2764"/>
            <w:gridSpan w:val="2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Fax</w:t>
              <w:br/>
              <w:t>(     )</w:t>
            </w:r>
          </w:p>
        </w:tc>
        <w:tc>
          <w:tcPr>
            <w:tcW w:type="dxa" w:w="4146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E-mail</w:t>
            </w:r>
          </w:p>
        </w:tc>
        <w:tc>
          <w:tcPr>
            <w:tcW w:type="dxa" w:w="1382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Site</w:t>
            </w:r>
          </w:p>
        </w:tc>
      </w:tr>
    </w:tbl>
    <w:p>
      <w:pPr>
        <w:spacing w:before="20" w:after="20"/>
      </w:pPr>
      <w:r>
        <w:rPr>
          <w:rFonts w:ascii="Arial" w:hAnsi="Arial"/>
          <w:b/>
          <w:color w:val="000000"/>
          <w:sz w:val="18"/>
        </w:rPr>
        <w:t>Solicitação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28"/>
        <w:gridCol w:w="5528"/>
      </w:tblGrid>
      <w:tr>
        <w:trPr>
          <w:cantSplit/>
          <w:trHeight w:val="2126" w:hRule="exact"/>
        </w:trPr>
        <w:tc>
          <w:tcPr>
            <w:tcW w:type="dxa" w:w="5528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70" w:type="dxa"/>
              <w:start w:w="110" w:type="dxa"/>
              <w:bottom w:w="70" w:type="dxa"/>
              <w:end w:w="90" w:type="dxa"/>
            </w:tcMar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 contribuinte acima identificado requer: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Alvará de Localização e Funcionamento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Certidão Negativa de Débitos - CND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Licença de Comércio Eventual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Licença de Comércio Ambulante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Inscrição de Autônomo / Profissional Liberal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Certidão de Valor Venal</w:t>
            </w:r>
          </w:p>
        </w:tc>
        <w:tc>
          <w:tcPr>
            <w:tcW w:type="dxa" w:w="5528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70" w:type="dxa"/>
              <w:start w:w="110" w:type="dxa"/>
              <w:bottom w:w="70" w:type="dxa"/>
              <w:end w:w="90" w:type="dxa"/>
            </w:tcMar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(     ) Certidão de Desdobro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Certidão de Desmembramento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Alteração de Cadastro Imobiliário / Econômico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AIDF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Avaliação de Imóvel - ITBI</w:t>
            </w:r>
          </w:p>
          <w:p>
            <w:pPr>
              <w:spacing w:after="0" w:before="0"/>
            </w:pPr>
            <w:r>
              <w:rPr>
                <w:rFonts w:ascii="Arial" w:hAnsi="Arial"/>
                <w:b w:val="0"/>
                <w:color w:val="000000"/>
                <w:sz w:val="16"/>
              </w:rPr>
              <w:t>(     ) Outros: 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056"/>
      </w:tblGrid>
      <w:tr>
        <w:trPr>
          <w:cantSplit/>
          <w:trHeight w:val="3515" w:hRule="exact"/>
        </w:trPr>
        <w:tc>
          <w:tcPr>
            <w:tcW w:type="dxa" w:w="11056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Informações Complementares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4"/>
        <w:gridCol w:w="2764"/>
        <w:gridCol w:w="2764"/>
        <w:gridCol w:w="2764"/>
      </w:tblGrid>
      <w:tr>
        <w:trPr>
          <w:cantSplit/>
          <w:trHeight w:val="692" w:hRule="exact"/>
        </w:trPr>
        <w:tc>
          <w:tcPr>
            <w:tcW w:type="dxa" w:w="8292"/>
            <w:gridSpan w:val="3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Assinatura</w:t>
            </w:r>
          </w:p>
        </w:tc>
        <w:tc>
          <w:tcPr>
            <w:tcW w:type="dxa" w:w="2764"/>
            <w:tcBorders>
              <w:top w:val="single" w:sz="5" w:color="606060"/>
              <w:left w:val="single" w:sz="5" w:color="606060"/>
              <w:bottom w:val="single" w:sz="5" w:color="606060"/>
              <w:right w:val="single" w:sz="5" w:color="606060"/>
            </w:tcBorders>
            <w:tcMar>
              <w:top w:w="6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Documento de Identidade</w:t>
            </w:r>
          </w:p>
        </w:tc>
      </w:tr>
    </w:tbl>
    <w:p>
      <w:pPr>
        <w:spacing w:before="40" w:after="0"/>
      </w:pPr>
      <w:r>
        <w:rPr>
          <w:rFonts w:ascii="Arial" w:hAnsi="Arial"/>
          <w:b/>
          <w:color w:val="000000"/>
          <w:sz w:val="14"/>
        </w:rPr>
        <w:t>Observação: o(a) requerente deverá acompanhar o andamento do pedido junto ao protocolo. O setor responsável poderá solicitar documentos complementares, além dos apresentados.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312" w:right="425" w:bottom="255" w:left="425" w:header="85" w:footer="8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11055"/>
    </w:tblGrid>
    <w:tr>
      <w:trPr>
        <w:trHeight w:val="102" w:hRule="exact"/>
      </w:trPr>
      <w:tc>
        <w:tcPr>
          <w:tcW w:type="dxa" w:w="11055"/>
          <w:shd w:fill="F26F45"/>
          <w:tcBorders>
            <w:top w:val="nil"/>
            <w:left w:val="nil"/>
            <w:bottom w:val="nil"/>
            <w:right w:val="nil"/>
          </w:tcBorders>
          <w:tcMar>
            <w:top w:w="0" w:type="dxa"/>
            <w:start w:w="0" w:type="dxa"/>
            <w:bottom w:w="0" w:type="dxa"/>
            <w:end w:w="0" w:type="dxa"/>
          </w:tcMar>
        </w:tcPr>
        <w:p/>
      </w:tc>
    </w:tr>
    <w:tr>
      <w:trPr>
        <w:trHeight w:val="822" w:hRule="exact"/>
      </w:trPr>
      <w:tc>
        <w:tcPr>
          <w:tcW w:type="dxa" w:w="11055"/>
          <w:shd w:fill="17324D"/>
          <w:tcBorders>
            <w:top w:val="nil"/>
            <w:left w:val="nil"/>
            <w:bottom w:val="nil"/>
            <w:right w:val="nil"/>
          </w:tcBorders>
          <w:tcMar>
            <w:top w:w="80" w:type="dxa"/>
            <w:start w:w="100" w:type="dxa"/>
            <w:bottom w:w="60" w:type="dxa"/>
            <w:end w:w="100" w:type="dxa"/>
          </w:tcMar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15"/>
            </w:rPr>
            <w:t>PREFEITURA MUNICIPAL - Endereço: ________________________________________________</w:t>
          </w:r>
        </w:p>
        <w:p>
          <w:pPr>
            <w:jc w:val="center"/>
          </w:pPr>
          <w:r>
            <w:rPr>
              <w:rFonts w:ascii="Arial" w:hAnsi="Arial"/>
              <w:b w:val="0"/>
              <w:color w:val="FFFFFF"/>
              <w:sz w:val="14"/>
            </w:rPr>
            <w:t>Telefone: ____________________  |  E-mail: ____________________  |  Site: ____________________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528"/>
      <w:gridCol w:w="5528"/>
    </w:tblGrid>
    <w:tr>
      <w:trPr>
        <w:trHeight w:val="1247" w:hRule="exact"/>
      </w:trPr>
      <w:tc>
        <w:tcPr>
          <w:tcW w:type="dxa" w:w="6350"/>
          <w:shd w:fill="17324D"/>
          <w:tcBorders>
            <w:top w:val="nil"/>
            <w:left w:val="nil"/>
            <w:bottom w:val="nil"/>
            <w:right w:val="nil"/>
          </w:tcBorders>
          <w:tcMar>
            <w:top w:w="120" w:type="dxa"/>
            <w:start w:w="180" w:type="dxa"/>
            <w:bottom w:w="80" w:type="dxa"/>
            <w:end w:w="180" w:type="dxa"/>
          </w:tcMar>
        </w:tcPr>
        <w:p>
          <w:pPr>
            <w:jc w:val="left"/>
          </w:pPr>
          <w:r>
            <w:rPr>
              <w:rFonts w:ascii="Arial" w:hAnsi="Arial"/>
              <w:b/>
              <w:color w:val="FFFFFF"/>
              <w:sz w:val="32"/>
            </w:rPr>
            <w:t>PREFEITURA MUNICIPAL</w:t>
          </w:r>
        </w:p>
        <w:p>
          <w:pPr>
            <w:jc w:val="left"/>
          </w:pPr>
          <w:r>
            <w:rPr>
              <w:rFonts w:ascii="Arial" w:hAnsi="Arial"/>
              <w:b w:val="0"/>
              <w:color w:val="FFFFFF"/>
              <w:sz w:val="17"/>
            </w:rPr>
            <w:t>Atendimento ao cidadão</w:t>
          </w:r>
        </w:p>
      </w:tc>
      <w:tc>
        <w:tcPr>
          <w:tcW w:type="dxa" w:w="4706"/>
          <w:shd w:fill="17324D"/>
          <w:tcBorders>
            <w:top w:val="nil"/>
            <w:left w:val="nil"/>
            <w:bottom w:val="nil"/>
            <w:right w:val="nil"/>
          </w:tcBorders>
          <w:tcMar>
            <w:top w:w="120" w:type="dxa"/>
            <w:start w:w="180" w:type="dxa"/>
            <w:bottom w:w="80" w:type="dxa"/>
            <w:end w:w="180" w:type="dxa"/>
          </w:tcMar>
        </w:tcPr>
        <w:p>
          <w:pPr>
            <w:jc w:val="right"/>
          </w:pPr>
          <w:r>
            <w:rPr>
              <w:rFonts w:ascii="Arial" w:hAnsi="Arial"/>
              <w:b/>
              <w:color w:val="FFFFFF"/>
              <w:sz w:val="38"/>
            </w:rPr>
            <w:t>PROTOCOLO</w:t>
          </w:r>
        </w:p>
      </w:tc>
    </w:tr>
    <w:tr>
      <w:trPr>
        <w:trHeight w:val="102" w:hRule="exact"/>
      </w:trPr>
      <w:tc>
        <w:tcPr>
          <w:tcW w:type="dxa" w:w="11056"/>
          <w:gridSpan w:val="2"/>
          <w:shd w:fill="F26F45"/>
          <w:tcBorders>
            <w:top w:val="nil"/>
            <w:left w:val="nil"/>
            <w:bottom w:val="nil"/>
            <w:right w:val="nil"/>
          </w:tcBorders>
          <w:tcMar>
            <w:top w:w="0" w:type="dxa"/>
            <w:start w:w="0" w:type="dxa"/>
            <w:bottom w:w="0" w:type="dxa"/>
            <w:end w:w="0" w:type="dxa"/>
          </w:tcMar>
        </w:tcPr>
        <w:p/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Requerimento Municipal</dc:title>
  <dc:subject>Formulário de requerimento para pessoa física ou jurídica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